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</w:pPr>
      <w:r>
        <w:t>Privacy Policy for Job Applicants</w:t>
      </w:r>
    </w:p>
    <w:p>
      <w:r>
        <w:t>We value your privacy and are committed to protecting your personal information.</w:t>
      </w:r>
    </w:p>
    <w:p>
      <w:pPr>
        <w:pStyle w:val="Heading2"/>
      </w:pPr>
      <w:r>
        <w:t>1. Information We Collect</w:t>
      </w:r>
    </w:p>
    <w:p>
      <w:r>
        <w:t>When you apply for a position with us, we collect the following information through our career page form:</w:t>
      </w:r>
    </w:p>
    <w:p>
      <w:r>
        <w:t>- Your name, email address, phone number, and postcode</w:t>
        <w:br/>
        <w:t>- Branch preference and position applied for</w:t>
        <w:br/>
        <w:t>- Subjects you can teach, availability, experience, and qualifications (including GCSE and A-level grades)</w:t>
        <w:br/>
        <w:t>- CV/Resume and Cover Letter</w:t>
        <w:br/>
        <w:t>- Responses to our screening and equal opportunities questions</w:t>
      </w:r>
    </w:p>
    <w:p>
      <w:pPr>
        <w:pStyle w:val="Heading2"/>
      </w:pPr>
      <w:r>
        <w:t>2. How We Use Your Information</w:t>
      </w:r>
    </w:p>
    <w:p>
      <w:r>
        <w:t>Your information will be used solely for recruitment purposes, including:</w:t>
        <w:br/>
        <w:t>- Assessing your suitability for the role</w:t>
        <w:br/>
        <w:t>- Contacting you regarding your application</w:t>
        <w:br/>
        <w:t>- Managing our recruitment process</w:t>
      </w:r>
    </w:p>
    <w:p>
      <w:pPr>
        <w:pStyle w:val="Heading2"/>
      </w:pPr>
      <w:r>
        <w:t>3. How We Store Your Information</w:t>
      </w:r>
    </w:p>
    <w:p>
      <w:r>
        <w:t>- Your details will be sent securely to our recruitment email inbox.</w:t>
        <w:br/>
        <w:t>- Only authorized staff involved in the hiring process will have access.</w:t>
        <w:br/>
        <w:t>- Data will be retained only for as long as necessary for recruitment purposes, and deleted if your application is unsuccessful.</w:t>
      </w:r>
    </w:p>
    <w:p>
      <w:pPr>
        <w:pStyle w:val="Heading2"/>
      </w:pPr>
      <w:r>
        <w:t>4. Sharing Your Information</w:t>
      </w:r>
    </w:p>
    <w:p>
      <w:r>
        <w:t>- We do not share your data with third parties outside our organization.</w:t>
        <w:br/>
        <w:t>- Your information will not be sold or used for marketing purposes.</w:t>
      </w:r>
    </w:p>
    <w:p>
      <w:pPr>
        <w:pStyle w:val="Heading2"/>
      </w:pPr>
      <w:r>
        <w:t>5. Your Rights</w:t>
      </w:r>
    </w:p>
    <w:p>
      <w:r>
        <w:t>Under UK data protection law (GDPR), you have the right to:</w:t>
        <w:br/>
        <w:t>- Access, correct, or request deletion of your data</w:t>
        <w:br/>
        <w:t>- Withdraw your consent at any time</w:t>
        <w:br/>
        <w:t>- Contact us with any concerns about how your data is handled</w:t>
      </w:r>
    </w:p>
    <w:p>
      <w:pPr>
        <w:pStyle w:val="Heading2"/>
      </w:pPr>
      <w:r>
        <w:t>6. Contact Us</w:t>
      </w:r>
    </w:p>
    <w:p>
      <w:r>
        <w:t>If you have questions about this Privacy Policy or how your data is used, please contact us at:</w:t>
        <w:br/>
        <w:t>📧 hr@chalkndustertutor.co.uk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